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9641F7" w14:textId="42A7BF03" w:rsidR="005052D8" w:rsidRPr="00062151" w:rsidRDefault="00000000">
      <w:pPr>
        <w:rPr>
          <w:color w:val="002465"/>
          <w:sz w:val="32"/>
          <w:szCs w:val="32"/>
        </w:rPr>
      </w:pPr>
      <w:r>
        <w:rPr>
          <w:b/>
          <w:sz w:val="28"/>
        </w:rPr>
        <w:br/>
      </w:r>
      <w:r w:rsidRPr="00062151">
        <w:rPr>
          <w:b/>
          <w:color w:val="002465"/>
          <w:sz w:val="32"/>
          <w:szCs w:val="32"/>
        </w:rPr>
        <w:t xml:space="preserve">ANEXO III · </w:t>
      </w:r>
      <w:r w:rsidR="00062151" w:rsidRPr="00062151">
        <w:rPr>
          <w:b/>
          <w:color w:val="002465"/>
          <w:sz w:val="32"/>
          <w:szCs w:val="32"/>
        </w:rPr>
        <w:t>MEMORIA EXPLICATIVA</w:t>
      </w:r>
    </w:p>
    <w:p w14:paraId="7D6D8B93" w14:textId="77777777" w:rsidR="005052D8" w:rsidRDefault="005052D8"/>
    <w:p w14:paraId="21E7E1E2" w14:textId="77777777" w:rsidR="00062151" w:rsidRPr="00062151" w:rsidRDefault="00062151" w:rsidP="00062151">
      <w:pPr>
        <w:pStyle w:val="Prrafodelista"/>
        <w:numPr>
          <w:ilvl w:val="0"/>
          <w:numId w:val="10"/>
        </w:numPr>
        <w:spacing w:after="0" w:line="360" w:lineRule="auto"/>
        <w:jc w:val="both"/>
        <w:rPr>
          <w:b/>
          <w:bCs/>
          <w:color w:val="002465"/>
          <w:sz w:val="28"/>
          <w:szCs w:val="28"/>
        </w:rPr>
      </w:pPr>
      <w:r w:rsidRPr="00062151">
        <w:rPr>
          <w:b/>
          <w:bCs/>
          <w:color w:val="002465"/>
          <w:sz w:val="28"/>
          <w:szCs w:val="28"/>
        </w:rPr>
        <w:t>Título del proyecto</w:t>
      </w:r>
    </w:p>
    <w:p w14:paraId="57D16EA5" w14:textId="77777777" w:rsidR="00062151" w:rsidRPr="00062151" w:rsidRDefault="00062151" w:rsidP="00062151">
      <w:pPr>
        <w:pStyle w:val="Prrafodelista"/>
        <w:numPr>
          <w:ilvl w:val="0"/>
          <w:numId w:val="10"/>
        </w:numPr>
        <w:spacing w:after="0" w:line="360" w:lineRule="auto"/>
        <w:jc w:val="both"/>
        <w:rPr>
          <w:b/>
          <w:bCs/>
          <w:color w:val="002465"/>
          <w:sz w:val="28"/>
          <w:szCs w:val="28"/>
        </w:rPr>
      </w:pPr>
      <w:r w:rsidRPr="00062151">
        <w:rPr>
          <w:b/>
          <w:bCs/>
          <w:color w:val="002465"/>
          <w:sz w:val="28"/>
          <w:szCs w:val="28"/>
        </w:rPr>
        <w:t>Breve descripción:</w:t>
      </w:r>
    </w:p>
    <w:p w14:paraId="188E9E17" w14:textId="77777777" w:rsidR="00062151" w:rsidRPr="00062151" w:rsidRDefault="00062151" w:rsidP="00062151">
      <w:pPr>
        <w:pStyle w:val="Prrafodelista"/>
        <w:numPr>
          <w:ilvl w:val="0"/>
          <w:numId w:val="11"/>
        </w:numPr>
        <w:spacing w:after="0" w:line="360" w:lineRule="auto"/>
        <w:jc w:val="both"/>
        <w:rPr>
          <w:b/>
          <w:bCs/>
          <w:color w:val="002465"/>
          <w:sz w:val="28"/>
          <w:szCs w:val="28"/>
        </w:rPr>
      </w:pPr>
      <w:r w:rsidRPr="00062151">
        <w:rPr>
          <w:b/>
          <w:bCs/>
          <w:color w:val="002465"/>
          <w:sz w:val="28"/>
          <w:szCs w:val="28"/>
        </w:rPr>
        <w:t>Justificación y finalidad.</w:t>
      </w:r>
    </w:p>
    <w:p w14:paraId="32538C48" w14:textId="77777777" w:rsidR="00062151" w:rsidRPr="00062151" w:rsidRDefault="00062151" w:rsidP="00062151">
      <w:pPr>
        <w:pStyle w:val="Prrafodelista"/>
        <w:numPr>
          <w:ilvl w:val="0"/>
          <w:numId w:val="11"/>
        </w:numPr>
        <w:spacing w:after="0" w:line="360" w:lineRule="auto"/>
        <w:jc w:val="both"/>
        <w:rPr>
          <w:b/>
          <w:bCs/>
          <w:color w:val="002465"/>
          <w:sz w:val="28"/>
          <w:szCs w:val="28"/>
        </w:rPr>
      </w:pPr>
      <w:r w:rsidRPr="00062151">
        <w:rPr>
          <w:b/>
          <w:bCs/>
          <w:color w:val="002465"/>
          <w:sz w:val="28"/>
          <w:szCs w:val="28"/>
        </w:rPr>
        <w:t>Etapa, nivel Educativo y materia.</w:t>
      </w:r>
    </w:p>
    <w:p w14:paraId="4A397B46" w14:textId="77777777" w:rsidR="00062151" w:rsidRPr="00062151" w:rsidRDefault="00062151" w:rsidP="00062151">
      <w:pPr>
        <w:pStyle w:val="Prrafodelista"/>
        <w:numPr>
          <w:ilvl w:val="0"/>
          <w:numId w:val="11"/>
        </w:numPr>
        <w:spacing w:after="0" w:line="360" w:lineRule="auto"/>
        <w:jc w:val="both"/>
        <w:rPr>
          <w:b/>
          <w:bCs/>
          <w:color w:val="002465"/>
          <w:sz w:val="28"/>
          <w:szCs w:val="28"/>
        </w:rPr>
      </w:pPr>
      <w:r w:rsidRPr="00062151">
        <w:rPr>
          <w:b/>
          <w:bCs/>
          <w:color w:val="002465"/>
          <w:sz w:val="28"/>
          <w:szCs w:val="28"/>
        </w:rPr>
        <w:t>Numero de participantes y miembros de la comunidad educativa implicados.</w:t>
      </w:r>
    </w:p>
    <w:p w14:paraId="1A3B1375" w14:textId="77777777" w:rsidR="00062151" w:rsidRPr="00062151" w:rsidRDefault="00062151" w:rsidP="00062151">
      <w:pPr>
        <w:pStyle w:val="Prrafodelista"/>
        <w:numPr>
          <w:ilvl w:val="0"/>
          <w:numId w:val="11"/>
        </w:numPr>
        <w:spacing w:after="0" w:line="360" w:lineRule="auto"/>
        <w:jc w:val="both"/>
        <w:rPr>
          <w:b/>
          <w:bCs/>
          <w:color w:val="002465"/>
          <w:sz w:val="28"/>
          <w:szCs w:val="28"/>
        </w:rPr>
      </w:pPr>
      <w:r w:rsidRPr="00062151">
        <w:rPr>
          <w:b/>
          <w:bCs/>
          <w:color w:val="002465"/>
          <w:sz w:val="28"/>
          <w:szCs w:val="28"/>
        </w:rPr>
        <w:t>Actividades realizadas.</w:t>
      </w:r>
    </w:p>
    <w:p w14:paraId="67663FFA" w14:textId="77777777" w:rsidR="00062151" w:rsidRPr="00062151" w:rsidRDefault="00062151" w:rsidP="00062151">
      <w:pPr>
        <w:pStyle w:val="Prrafodelista"/>
        <w:numPr>
          <w:ilvl w:val="0"/>
          <w:numId w:val="11"/>
        </w:numPr>
        <w:spacing w:after="0" w:line="360" w:lineRule="auto"/>
        <w:jc w:val="both"/>
        <w:rPr>
          <w:b/>
          <w:bCs/>
          <w:color w:val="002465"/>
          <w:sz w:val="28"/>
          <w:szCs w:val="28"/>
        </w:rPr>
      </w:pPr>
      <w:r w:rsidRPr="00062151">
        <w:rPr>
          <w:b/>
          <w:bCs/>
          <w:color w:val="002465"/>
          <w:sz w:val="28"/>
          <w:szCs w:val="28"/>
        </w:rPr>
        <w:t>Reflexiones y conclusiones extraídas del proyecto.</w:t>
      </w:r>
    </w:p>
    <w:p w14:paraId="58B136CE" w14:textId="77777777" w:rsidR="00062151" w:rsidRPr="00062151" w:rsidRDefault="00062151" w:rsidP="00062151">
      <w:pPr>
        <w:pStyle w:val="Prrafodelista"/>
        <w:numPr>
          <w:ilvl w:val="0"/>
          <w:numId w:val="11"/>
        </w:numPr>
        <w:spacing w:after="0" w:line="360" w:lineRule="auto"/>
        <w:jc w:val="both"/>
        <w:rPr>
          <w:b/>
          <w:bCs/>
          <w:color w:val="002465"/>
          <w:sz w:val="28"/>
          <w:szCs w:val="28"/>
        </w:rPr>
      </w:pPr>
      <w:r w:rsidRPr="00062151">
        <w:rPr>
          <w:b/>
          <w:bCs/>
          <w:color w:val="002465"/>
          <w:sz w:val="28"/>
          <w:szCs w:val="28"/>
        </w:rPr>
        <w:t>Impacto del proyecto en los medios de comunicación (adjuntar enlaces de web del centro, redes sociales, revista digital,  …)</w:t>
      </w:r>
    </w:p>
    <w:p w14:paraId="219066A3" w14:textId="77777777" w:rsidR="00062151" w:rsidRPr="00062151" w:rsidRDefault="00062151" w:rsidP="00062151">
      <w:pPr>
        <w:pStyle w:val="Prrafodelista"/>
        <w:numPr>
          <w:ilvl w:val="0"/>
          <w:numId w:val="10"/>
        </w:numPr>
        <w:spacing w:after="0" w:line="360" w:lineRule="auto"/>
        <w:jc w:val="both"/>
        <w:rPr>
          <w:b/>
          <w:bCs/>
          <w:color w:val="002465"/>
          <w:sz w:val="28"/>
          <w:szCs w:val="28"/>
        </w:rPr>
      </w:pPr>
      <w:r w:rsidRPr="00062151">
        <w:rPr>
          <w:b/>
          <w:bCs/>
          <w:color w:val="002465"/>
          <w:sz w:val="28"/>
          <w:szCs w:val="28"/>
        </w:rPr>
        <w:t>Materiales adicionales que los candidatos/as consideren oportunos (fotos, videos, podcast, …)</w:t>
      </w:r>
    </w:p>
    <w:p w14:paraId="3BBE40F9" w14:textId="77777777" w:rsidR="00062151" w:rsidRPr="00062151" w:rsidRDefault="00062151" w:rsidP="00062151">
      <w:pPr>
        <w:spacing w:line="360" w:lineRule="auto"/>
        <w:jc w:val="both"/>
        <w:rPr>
          <w:b/>
          <w:bCs/>
          <w:color w:val="002465"/>
          <w:sz w:val="28"/>
          <w:szCs w:val="28"/>
        </w:rPr>
      </w:pPr>
    </w:p>
    <w:p w14:paraId="052F3D41" w14:textId="3753B8DE" w:rsidR="005052D8" w:rsidRDefault="005052D8" w:rsidP="00062151"/>
    <w:sectPr w:rsidR="005052D8" w:rsidSect="0003461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A4C7BD" w14:textId="77777777" w:rsidR="00053A65" w:rsidRDefault="00053A65" w:rsidP="00062151">
      <w:pPr>
        <w:spacing w:after="0" w:line="240" w:lineRule="auto"/>
      </w:pPr>
      <w:r>
        <w:separator/>
      </w:r>
    </w:p>
  </w:endnote>
  <w:endnote w:type="continuationSeparator" w:id="0">
    <w:p w14:paraId="1A2AAF38" w14:textId="77777777" w:rsidR="00053A65" w:rsidRDefault="00053A65" w:rsidP="000621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46BF31" w14:textId="77777777" w:rsidR="00A443A4" w:rsidRDefault="00A443A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8D6016" w14:textId="77777777" w:rsidR="00A443A4" w:rsidRDefault="00A443A4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4CD0E8" w14:textId="77777777" w:rsidR="00A443A4" w:rsidRDefault="00A443A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8CA4CD" w14:textId="77777777" w:rsidR="00053A65" w:rsidRDefault="00053A65" w:rsidP="00062151">
      <w:pPr>
        <w:spacing w:after="0" w:line="240" w:lineRule="auto"/>
      </w:pPr>
      <w:r>
        <w:separator/>
      </w:r>
    </w:p>
  </w:footnote>
  <w:footnote w:type="continuationSeparator" w:id="0">
    <w:p w14:paraId="4D218E75" w14:textId="77777777" w:rsidR="00053A65" w:rsidRDefault="00053A65" w:rsidP="000621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22285A" w14:textId="77777777" w:rsidR="00A443A4" w:rsidRDefault="00A443A4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340515" w14:textId="6ADBB40F" w:rsidR="00062151" w:rsidRDefault="00062151" w:rsidP="00062151">
    <w:pPr>
      <w:pStyle w:val="Encabezado"/>
      <w:tabs>
        <w:tab w:val="clear" w:pos="4680"/>
        <w:tab w:val="clear" w:pos="9360"/>
        <w:tab w:val="left" w:pos="3825"/>
      </w:tabs>
      <w:rPr>
        <w:b/>
        <w:color w:val="004E9A"/>
      </w:rPr>
    </w:pPr>
    <w:r w:rsidRPr="00062151">
      <w:rPr>
        <w:noProof/>
        <w:color w:val="004E9A"/>
      </w:rPr>
      <w:drawing>
        <wp:anchor distT="0" distB="0" distL="114300" distR="114300" simplePos="0" relativeHeight="251657216" behindDoc="0" locked="0" layoutInCell="1" allowOverlap="1" wp14:anchorId="44A7B43D" wp14:editId="542016E7">
          <wp:simplePos x="0" y="0"/>
          <wp:positionH relativeFrom="column">
            <wp:posOffset>4743450</wp:posOffset>
          </wp:positionH>
          <wp:positionV relativeFrom="paragraph">
            <wp:posOffset>-323850</wp:posOffset>
          </wp:positionV>
          <wp:extent cx="981075" cy="866775"/>
          <wp:effectExtent l="0" t="0" r="9525" b="9525"/>
          <wp:wrapSquare wrapText="bothSides"/>
          <wp:docPr id="1738185382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8185382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81075" cy="8667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62151">
      <w:rPr>
        <w:b/>
        <w:color w:val="004E9A"/>
        <w:sz w:val="28"/>
      </w:rPr>
      <w:t xml:space="preserve"> </w:t>
    </w:r>
    <w:r w:rsidRPr="00062151">
      <w:rPr>
        <w:b/>
        <w:color w:val="002465"/>
        <w:sz w:val="36"/>
        <w:szCs w:val="36"/>
      </w:rPr>
      <w:t>V</w:t>
    </w:r>
    <w:r w:rsidR="00A443A4">
      <w:rPr>
        <w:b/>
        <w:color w:val="002465"/>
        <w:sz w:val="36"/>
        <w:szCs w:val="36"/>
      </w:rPr>
      <w:t>I</w:t>
    </w:r>
    <w:r w:rsidRPr="00062151">
      <w:rPr>
        <w:b/>
        <w:color w:val="002465"/>
        <w:sz w:val="36"/>
        <w:szCs w:val="36"/>
      </w:rPr>
      <w:t xml:space="preserve"> PREMIOS EDUCATIVOS</w:t>
    </w:r>
    <w:r w:rsidRPr="00062151">
      <w:rPr>
        <w:b/>
        <w:color w:val="002465"/>
        <w:sz w:val="36"/>
        <w:szCs w:val="36"/>
      </w:rPr>
      <w:br/>
    </w:r>
    <w:r w:rsidRPr="00062151">
      <w:rPr>
        <w:b/>
        <w:color w:val="002465"/>
        <w:sz w:val="28"/>
      </w:rPr>
      <w:t>ANPE-ALBACETE 2026</w:t>
    </w:r>
    <w:r w:rsidRPr="00062151">
      <w:rPr>
        <w:b/>
        <w:color w:val="004E9A"/>
      </w:rPr>
      <w:tab/>
    </w:r>
  </w:p>
  <w:p w14:paraId="6DCDABEF" w14:textId="546E74D5" w:rsidR="00062151" w:rsidRDefault="00062151" w:rsidP="00062151">
    <w:pPr>
      <w:pStyle w:val="Encabezado"/>
      <w:tabs>
        <w:tab w:val="clear" w:pos="4680"/>
        <w:tab w:val="clear" w:pos="9360"/>
        <w:tab w:val="left" w:pos="3825"/>
      </w:tabs>
      <w:rPr>
        <w:b/>
        <w:color w:val="004E9A"/>
      </w:rPr>
    </w:pPr>
  </w:p>
  <w:p w14:paraId="5CE91588" w14:textId="112F681E" w:rsidR="00062151" w:rsidRPr="00062151" w:rsidRDefault="00062151" w:rsidP="00062151">
    <w:pPr>
      <w:pStyle w:val="Encabezado"/>
      <w:tabs>
        <w:tab w:val="clear" w:pos="4680"/>
        <w:tab w:val="clear" w:pos="9360"/>
        <w:tab w:val="left" w:pos="3825"/>
      </w:tabs>
      <w:rPr>
        <w:b/>
        <w:color w:val="004E9A"/>
      </w:rPr>
    </w:pPr>
    <w:r>
      <w:rPr>
        <w:b/>
        <w:noProof/>
        <w:color w:val="004E9A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2BA089C" wp14:editId="6C0F83CB">
              <wp:simplePos x="0" y="0"/>
              <wp:positionH relativeFrom="column">
                <wp:posOffset>-9525</wp:posOffset>
              </wp:positionH>
              <wp:positionV relativeFrom="paragraph">
                <wp:posOffset>105410</wp:posOffset>
              </wp:positionV>
              <wp:extent cx="5695950" cy="0"/>
              <wp:effectExtent l="0" t="0" r="0" b="0"/>
              <wp:wrapNone/>
              <wp:docPr id="1108661381" name="Conector rec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95950" cy="0"/>
                      </a:xfrm>
                      <a:prstGeom prst="line">
                        <a:avLst/>
                      </a:prstGeom>
                      <a:ln w="19050">
                        <a:solidFill>
                          <a:schemeClr val="bg1">
                            <a:lumMod val="8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590F0450" id="Conector recto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75pt,8.3pt" to="447.75pt,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" strokecolor="#d8d8d8 [2732]" strokeweight="1.5pt"/>
          </w:pict>
        </mc:Fallback>
      </mc:AlternateContent>
    </w:r>
  </w:p>
  <w:p w14:paraId="287084C4" w14:textId="77777777" w:rsidR="00062151" w:rsidRPr="00062151" w:rsidRDefault="00062151">
    <w:pPr>
      <w:pStyle w:val="Encabezado"/>
      <w:rPr>
        <w:b/>
        <w:color w:val="4F81BD" w:themeColor="accent1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C22C93" w14:textId="77777777" w:rsidR="00A443A4" w:rsidRDefault="00A443A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37A90967"/>
    <w:multiLevelType w:val="hybridMultilevel"/>
    <w:tmpl w:val="C4765E1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585CBD"/>
    <w:multiLevelType w:val="hybridMultilevel"/>
    <w:tmpl w:val="8AB600F8"/>
    <w:lvl w:ilvl="0" w:tplc="2E42EC8E">
      <w:numFmt w:val="bullet"/>
      <w:lvlText w:val="-"/>
      <w:lvlJc w:val="left"/>
      <w:pPr>
        <w:ind w:left="1080" w:hanging="360"/>
      </w:pPr>
      <w:rPr>
        <w:rFonts w:ascii="Cambria" w:eastAsiaTheme="minorEastAsia" w:hAnsi="Cambria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095052901">
    <w:abstractNumId w:val="8"/>
  </w:num>
  <w:num w:numId="2" w16cid:durableId="122505707">
    <w:abstractNumId w:val="6"/>
  </w:num>
  <w:num w:numId="3" w16cid:durableId="1872063130">
    <w:abstractNumId w:val="5"/>
  </w:num>
  <w:num w:numId="4" w16cid:durableId="1158307210">
    <w:abstractNumId w:val="4"/>
  </w:num>
  <w:num w:numId="5" w16cid:durableId="1192764940">
    <w:abstractNumId w:val="7"/>
  </w:num>
  <w:num w:numId="6" w16cid:durableId="282081108">
    <w:abstractNumId w:val="3"/>
  </w:num>
  <w:num w:numId="7" w16cid:durableId="2061828108">
    <w:abstractNumId w:val="2"/>
  </w:num>
  <w:num w:numId="8" w16cid:durableId="1069036381">
    <w:abstractNumId w:val="1"/>
  </w:num>
  <w:num w:numId="9" w16cid:durableId="1047069988">
    <w:abstractNumId w:val="0"/>
  </w:num>
  <w:num w:numId="10" w16cid:durableId="851451036">
    <w:abstractNumId w:val="9"/>
  </w:num>
  <w:num w:numId="11" w16cid:durableId="40923643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53A65"/>
    <w:rsid w:val="0005620C"/>
    <w:rsid w:val="0006063C"/>
    <w:rsid w:val="00062151"/>
    <w:rsid w:val="0015074B"/>
    <w:rsid w:val="002768E0"/>
    <w:rsid w:val="0029639D"/>
    <w:rsid w:val="00326F90"/>
    <w:rsid w:val="005052D8"/>
    <w:rsid w:val="00784E98"/>
    <w:rsid w:val="00A443A4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9F43776"/>
  <w14:defaultImageDpi w14:val="300"/>
  <w15:docId w15:val="{C34E47D8-3A31-4699-8686-9DC94CF3C9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77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502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María del Carmen Lorenzo Alfaro</cp:lastModifiedBy>
  <cp:revision>4</cp:revision>
  <dcterms:created xsi:type="dcterms:W3CDTF">2026-06-08T11:25:00Z</dcterms:created>
  <dcterms:modified xsi:type="dcterms:W3CDTF">2026-06-09T09:55:00Z</dcterms:modified>
  <cp:category/>
</cp:coreProperties>
</file>